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242" w:rsidRPr="00C56B16" w:rsidRDefault="002F36D9" w:rsidP="002F36D9">
      <w:pPr>
        <w:spacing w:after="120"/>
        <w:jc w:val="right"/>
        <w:rPr>
          <w:lang w:val="ru-RU"/>
        </w:rPr>
      </w:pPr>
      <w:bookmarkStart w:id="0" w:name="_GoBack"/>
      <w:r>
        <w:rPr>
          <w:noProof/>
          <w:lang w:val="ru-RU" w:eastAsia="ru-RU"/>
        </w:rPr>
        <w:drawing>
          <wp:inline distT="0" distB="0" distL="0" distR="0" wp14:anchorId="6E3FDC4D" wp14:editId="6F5D2170">
            <wp:extent cx="3190875" cy="2619375"/>
            <wp:effectExtent l="0" t="0" r="9525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81242" w:rsidRPr="00C56B16" w:rsidRDefault="00D9610C">
      <w:pPr>
        <w:spacing w:after="0"/>
        <w:rPr>
          <w:lang w:val="ru-RU"/>
        </w:rPr>
      </w:pPr>
      <w:r w:rsidRPr="00C56B16">
        <w:rPr>
          <w:b/>
          <w:lang w:val="ru-RU"/>
        </w:rPr>
        <w:t>План проверок членов саморегулируемой организации</w:t>
      </w:r>
    </w:p>
    <w:p w:rsidR="00081242" w:rsidRDefault="00D9610C">
      <w:pPr>
        <w:spacing w:after="0"/>
        <w:rPr>
          <w:b/>
          <w:lang w:val="ru-RU"/>
        </w:rPr>
      </w:pPr>
      <w:r w:rsidRPr="00C56B16">
        <w:rPr>
          <w:b/>
          <w:lang w:val="ru-RU"/>
        </w:rPr>
        <w:t>Ассоциации «Профессионалы рынка инженерных изысканий в области строительства» на ноябрь 2026 года.</w:t>
      </w:r>
    </w:p>
    <w:p w:rsidR="00C56B16" w:rsidRPr="00C56B16" w:rsidRDefault="00C56B16">
      <w:pPr>
        <w:spacing w:after="0"/>
        <w:rPr>
          <w:lang w:val="ru-RU"/>
        </w:rPr>
      </w:pPr>
    </w:p>
    <w:tbl>
      <w:tblPr>
        <w:tblW w:w="15143" w:type="dxa"/>
        <w:tblLayout w:type="fixed"/>
        <w:tblLook w:val="04A0" w:firstRow="1" w:lastRow="0" w:firstColumn="1" w:lastColumn="0" w:noHBand="0" w:noVBand="1"/>
      </w:tblPr>
      <w:tblGrid>
        <w:gridCol w:w="682"/>
        <w:gridCol w:w="1583"/>
        <w:gridCol w:w="4485"/>
        <w:gridCol w:w="1755"/>
        <w:gridCol w:w="6638"/>
      </w:tblGrid>
      <w:tr w:rsidR="00081242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  <w:jc w:val="center"/>
            </w:pPr>
            <w:r>
              <w:rPr>
                <w:b/>
              </w:rPr>
              <w:t>№</w:t>
            </w:r>
          </w:p>
          <w:p w:rsidR="00081242" w:rsidRDefault="00D9610C">
            <w:pPr>
              <w:spacing w:after="0" w:line="240" w:lineRule="auto"/>
              <w:jc w:val="center"/>
            </w:pPr>
            <w:r>
              <w:rPr>
                <w:b/>
              </w:rPr>
              <w:t>п/п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  <w:jc w:val="center"/>
            </w:pPr>
            <w:r>
              <w:rPr>
                <w:b/>
              </w:rPr>
              <w:t>ОПФ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  <w:jc w:val="center"/>
            </w:pPr>
            <w:r>
              <w:rPr>
                <w:b/>
              </w:rPr>
              <w:t>Наименование организации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  <w:jc w:val="center"/>
            </w:pPr>
            <w:r>
              <w:rPr>
                <w:b/>
              </w:rPr>
              <w:t>ИНН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  <w:jc w:val="center"/>
            </w:pPr>
            <w:r>
              <w:rPr>
                <w:b/>
              </w:rPr>
              <w:t>Адрес</w:t>
            </w:r>
          </w:p>
        </w:tc>
      </w:tr>
      <w:tr w:rsidR="00081242" w:rsidRPr="00F90A36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081242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СК СтройИнвестИнжиниринг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1604010540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Pr="00C56B16" w:rsidRDefault="00D9610C">
            <w:pPr>
              <w:spacing w:after="0" w:line="240" w:lineRule="auto"/>
              <w:rPr>
                <w:lang w:val="ru-RU"/>
              </w:rPr>
            </w:pPr>
            <w:r w:rsidRPr="00C56B16">
              <w:rPr>
                <w:lang w:val="ru-RU"/>
              </w:rPr>
              <w:t>423730, Республика Татарстан, Актанышский район, д.Аняково, ул.Ш.Шаймиева, дом 8А</w:t>
            </w:r>
          </w:p>
        </w:tc>
      </w:tr>
      <w:tr w:rsidR="00081242" w:rsidRPr="00F90A36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Pr="00C56B16" w:rsidRDefault="0008124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НТУ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1644103568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Pr="00C56B16" w:rsidRDefault="00D9610C">
            <w:pPr>
              <w:spacing w:after="0" w:line="240" w:lineRule="auto"/>
              <w:rPr>
                <w:lang w:val="ru-RU"/>
              </w:rPr>
            </w:pPr>
            <w:r w:rsidRPr="00C56B16">
              <w:rPr>
                <w:lang w:val="ru-RU"/>
              </w:rPr>
              <w:t>423450, Республика Татарстан, м.р-н Альметьевский, г.Альметьевск, ул.Защитников Отечества, дом 5, пом.18</w:t>
            </w:r>
          </w:p>
        </w:tc>
      </w:tr>
      <w:tr w:rsidR="00081242" w:rsidRPr="00F90A36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Pr="00C56B16" w:rsidRDefault="0008124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ФЛАГМАН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1655296181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Pr="00C56B16" w:rsidRDefault="00D9610C">
            <w:pPr>
              <w:spacing w:after="0" w:line="240" w:lineRule="auto"/>
              <w:rPr>
                <w:lang w:val="ru-RU"/>
              </w:rPr>
            </w:pPr>
            <w:r w:rsidRPr="00C56B16">
              <w:rPr>
                <w:lang w:val="ru-RU"/>
              </w:rPr>
              <w:t>420051, Республика Татарстан, Казань г., ул.Северо-Западная, зд.16б, пом.15</w:t>
            </w:r>
          </w:p>
        </w:tc>
      </w:tr>
      <w:tr w:rsidR="00081242" w:rsidRPr="00F90A36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Pr="00C56B16" w:rsidRDefault="0008124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Эксперт Студио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1657144064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Pr="00C56B16" w:rsidRDefault="00D9610C">
            <w:pPr>
              <w:spacing w:after="0" w:line="240" w:lineRule="auto"/>
              <w:rPr>
                <w:lang w:val="ru-RU"/>
              </w:rPr>
            </w:pPr>
            <w:r w:rsidRPr="00C56B16">
              <w:rPr>
                <w:lang w:val="ru-RU"/>
              </w:rPr>
              <w:t>420136, Республика Татарстан, г.Казань, ул.Фатыха Амирхана, дом 103, пом.1007</w:t>
            </w:r>
          </w:p>
        </w:tc>
      </w:tr>
      <w:tr w:rsidR="00081242" w:rsidRPr="00F90A36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Pr="00C56B16" w:rsidRDefault="0008124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РУССИНВЕСТГЕОИЗЫСКАНИЯ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1684004852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Pr="00C56B16" w:rsidRDefault="00D9610C">
            <w:pPr>
              <w:spacing w:after="0" w:line="240" w:lineRule="auto"/>
              <w:rPr>
                <w:lang w:val="ru-RU"/>
              </w:rPr>
            </w:pPr>
            <w:r w:rsidRPr="00C56B16">
              <w:rPr>
                <w:lang w:val="ru-RU"/>
              </w:rPr>
              <w:t>420129, Республика Татарстан, г.Казань, ул.Сабит, зд.19А, к.1, офис 1</w:t>
            </w:r>
          </w:p>
        </w:tc>
      </w:tr>
      <w:tr w:rsidR="00081242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Pr="00C56B16" w:rsidRDefault="0008124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АНО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МЭЦ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9706025532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 w:rsidRPr="00C56B16">
              <w:rPr>
                <w:lang w:val="ru-RU"/>
              </w:rPr>
              <w:t xml:space="preserve">119180, г.Москва, ул.Большая Полянка, дом 51А/9, помещ.1, комн.1/ОФ. </w:t>
            </w:r>
            <w:r>
              <w:t>В7П</w:t>
            </w:r>
          </w:p>
        </w:tc>
      </w:tr>
      <w:tr w:rsidR="00081242" w:rsidRPr="00F90A36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081242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АпексСтрой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9200007592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Pr="00C56B16" w:rsidRDefault="00D9610C">
            <w:pPr>
              <w:spacing w:after="0" w:line="240" w:lineRule="auto"/>
              <w:rPr>
                <w:lang w:val="ru-RU"/>
              </w:rPr>
            </w:pPr>
            <w:r w:rsidRPr="00C56B16">
              <w:rPr>
                <w:lang w:val="ru-RU"/>
              </w:rPr>
              <w:t>105064, г.Москва, вн.тер.г. муниципальный округ Басманный, Нижний Сусальный пер., дом 5, стр.5А</w:t>
            </w:r>
          </w:p>
        </w:tc>
      </w:tr>
      <w:tr w:rsidR="00081242" w:rsidRPr="00F90A36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Pr="00C56B16" w:rsidRDefault="0008124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ЗАО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Связь-монтаж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5406393672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Pr="00C56B16" w:rsidRDefault="00D9610C">
            <w:pPr>
              <w:spacing w:after="0" w:line="240" w:lineRule="auto"/>
              <w:rPr>
                <w:lang w:val="ru-RU"/>
              </w:rPr>
            </w:pPr>
            <w:r w:rsidRPr="00C56B16">
              <w:rPr>
                <w:lang w:val="ru-RU"/>
              </w:rPr>
              <w:t>630112, Новосибирская область, г.Новосибирск, ул.Державина, дом 77, цоколь 2, офис 51</w:t>
            </w:r>
          </w:p>
        </w:tc>
      </w:tr>
      <w:tr w:rsidR="00081242" w:rsidRPr="00F90A36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Pr="00F90A36" w:rsidRDefault="0008124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Аракис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9725020120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Pr="00C56B16" w:rsidRDefault="00D9610C">
            <w:pPr>
              <w:spacing w:after="0" w:line="240" w:lineRule="auto"/>
              <w:rPr>
                <w:lang w:val="ru-RU"/>
              </w:rPr>
            </w:pPr>
            <w:r w:rsidRPr="00C56B16">
              <w:rPr>
                <w:lang w:val="ru-RU"/>
              </w:rPr>
              <w:t>109147, г.Москва, ул.Марксистская, дом 34, корп.4, 2 эт., пом.</w:t>
            </w:r>
            <w:r>
              <w:t>I</w:t>
            </w:r>
            <w:r w:rsidRPr="00C56B16">
              <w:rPr>
                <w:lang w:val="ru-RU"/>
              </w:rPr>
              <w:t>, комн.№11-ч.12</w:t>
            </w:r>
          </w:p>
        </w:tc>
      </w:tr>
      <w:tr w:rsidR="00081242" w:rsidRPr="00F90A36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Pr="00C56B16" w:rsidRDefault="0008124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КБ КИТ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5261135474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Pr="00C56B16" w:rsidRDefault="00D9610C">
            <w:pPr>
              <w:spacing w:after="0" w:line="240" w:lineRule="auto"/>
              <w:rPr>
                <w:lang w:val="ru-RU"/>
              </w:rPr>
            </w:pPr>
            <w:r w:rsidRPr="00C56B16">
              <w:rPr>
                <w:lang w:val="ru-RU"/>
              </w:rPr>
              <w:t>603137, Нижегородская область, г.Нижний Новгород, ул.Маршала Голованова, дом 35, кв.73</w:t>
            </w:r>
          </w:p>
        </w:tc>
      </w:tr>
      <w:tr w:rsidR="00081242" w:rsidRPr="00F90A36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Pr="00C56B16" w:rsidRDefault="0008124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РОСТ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7722647640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Pr="00C56B16" w:rsidRDefault="00D9610C">
            <w:pPr>
              <w:spacing w:after="0" w:line="240" w:lineRule="auto"/>
              <w:rPr>
                <w:lang w:val="ru-RU"/>
              </w:rPr>
            </w:pPr>
            <w:r w:rsidRPr="00C56B16">
              <w:rPr>
                <w:lang w:val="ru-RU"/>
              </w:rPr>
              <w:t>142100, Московская область, г.Подольск, ул.Комсомольская, дом 59</w:t>
            </w:r>
          </w:p>
        </w:tc>
      </w:tr>
      <w:tr w:rsidR="00081242" w:rsidRPr="00F90A36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Pr="00C56B16" w:rsidRDefault="0008124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ИП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Афиногенова Ольга Игоревна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463404411900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Pr="00C56B16" w:rsidRDefault="00D9610C">
            <w:pPr>
              <w:spacing w:after="0" w:line="240" w:lineRule="auto"/>
              <w:rPr>
                <w:lang w:val="ru-RU"/>
              </w:rPr>
            </w:pPr>
            <w:r w:rsidRPr="00C56B16">
              <w:rPr>
                <w:lang w:val="ru-RU"/>
              </w:rPr>
              <w:t>125212, г.Москва, Головинское шоссе, дом 10Б, кв.682</w:t>
            </w:r>
          </w:p>
        </w:tc>
      </w:tr>
      <w:tr w:rsidR="00081242" w:rsidRPr="00F90A36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Pr="00C56B16" w:rsidRDefault="0008124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АО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НЭПТ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7707277923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Pr="00C56B16" w:rsidRDefault="00D9610C">
            <w:pPr>
              <w:spacing w:after="0" w:line="240" w:lineRule="auto"/>
              <w:rPr>
                <w:lang w:val="ru-RU"/>
              </w:rPr>
            </w:pPr>
            <w:r w:rsidRPr="00C56B16">
              <w:rPr>
                <w:lang w:val="ru-RU"/>
              </w:rPr>
              <w:t>127018, г.Москва, ул. Сущевский вал, д.5, стр.3, эт.4, ком.9</w:t>
            </w:r>
          </w:p>
        </w:tc>
      </w:tr>
      <w:tr w:rsidR="00081242" w:rsidRPr="00F90A36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Pr="00C56B16" w:rsidRDefault="0008124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ПГ ЛИДЕР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Default="00D9610C">
            <w:pPr>
              <w:spacing w:after="0" w:line="240" w:lineRule="auto"/>
            </w:pPr>
            <w:r>
              <w:t>7722460063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242" w:rsidRPr="00C56B16" w:rsidRDefault="00D9610C">
            <w:pPr>
              <w:spacing w:after="0" w:line="240" w:lineRule="auto"/>
              <w:rPr>
                <w:lang w:val="ru-RU"/>
              </w:rPr>
            </w:pPr>
            <w:r w:rsidRPr="00C56B16">
              <w:rPr>
                <w:lang w:val="ru-RU"/>
              </w:rPr>
              <w:t>107076, г.Москва, вн.тер.г.муниципальный округ Сокольники, ул.Матросская Тишина, дом 23, стр.1, пом.</w:t>
            </w:r>
            <w:r>
              <w:t>XVI</w:t>
            </w:r>
            <w:r w:rsidRPr="00C56B16">
              <w:rPr>
                <w:lang w:val="ru-RU"/>
              </w:rPr>
              <w:t>, комн.1-6</w:t>
            </w:r>
          </w:p>
        </w:tc>
      </w:tr>
    </w:tbl>
    <w:p w:rsidR="00D9610C" w:rsidRDefault="00D9610C"/>
    <w:sectPr w:rsidR="00D9610C" w:rsidSect="00034616">
      <w:pgSz w:w="16838" w:h="11906" w:orient="landscape"/>
      <w:pgMar w:top="68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76557CA"/>
    <w:multiLevelType w:val="multilevel"/>
    <w:tmpl w:val="6D8C1552"/>
    <w:lvl w:ilvl="0">
      <w:start w:val="1"/>
      <w:numFmt w:val="decimal"/>
      <w:pStyle w:val="a"/>
      <w:lvlText w:val="%1."/>
      <w:lvlJc w:val="left"/>
      <w:pPr>
        <w:ind w:left="0" w:firstLine="0"/>
      </w:pPr>
      <w:rPr>
        <w:rFonts w:ascii="Times New Roman" w:hAnsi="Times New Roman"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3AAB"/>
    <w:rsid w:val="00034616"/>
    <w:rsid w:val="0006063C"/>
    <w:rsid w:val="00081242"/>
    <w:rsid w:val="0015074B"/>
    <w:rsid w:val="0029639D"/>
    <w:rsid w:val="002F36D9"/>
    <w:rsid w:val="00326F90"/>
    <w:rsid w:val="00AA1D8D"/>
    <w:rsid w:val="00B47730"/>
    <w:rsid w:val="00C56B16"/>
    <w:rsid w:val="00CB0664"/>
    <w:rsid w:val="00D9610C"/>
    <w:rsid w:val="00F90A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C693F"/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0"/>
    <w:link w:val="aff9"/>
    <w:uiPriority w:val="99"/>
    <w:semiHidden/>
    <w:unhideWhenUsed/>
    <w:rsid w:val="002F3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1"/>
    <w:link w:val="aff8"/>
    <w:uiPriority w:val="99"/>
    <w:semiHidden/>
    <w:rsid w:val="002F36D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C693F"/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0"/>
    <w:link w:val="aff9"/>
    <w:uiPriority w:val="99"/>
    <w:semiHidden/>
    <w:unhideWhenUsed/>
    <w:rsid w:val="002F3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1"/>
    <w:link w:val="aff8"/>
    <w:uiPriority w:val="99"/>
    <w:semiHidden/>
    <w:rsid w:val="002F36D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B8C21F5-5759-4EF7-806D-1FAFB5956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Миронов Павел Алексеевич</cp:lastModifiedBy>
  <cp:revision>5</cp:revision>
  <dcterms:created xsi:type="dcterms:W3CDTF">2013-12-23T23:15:00Z</dcterms:created>
  <dcterms:modified xsi:type="dcterms:W3CDTF">2026-09-28T09:24:00Z</dcterms:modified>
  <cp:category/>
</cp:coreProperties>
</file>